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משימה 1: הספירה לאחור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שם המספר – הספירה לאחור: כשסופרים "סתם" – בלי שם עצם – משתמשים בצורת הנקבה: אחת, שתיים, שלוש, ארבע… עשר.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https://shem-hamispar-mesima.sites.tab.bot/mesima-01.html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מתאים למשימה 1 במצגת "המשימה של שם המספר" – אפשר לפני המשימה באתר, אחריה או כשיעורי בית.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הסיפור: נוגה מתרגלת את הספירה לאחור לפני שהמסך עולה. היא סופרת בקול – אבל התבלבלה בסדר!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הספירה לאחור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חמש   2) ארבע   3) שלוש   4) שתיים   5) אחת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כותבים במילים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שבע   2) שתיים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1) נכון   2) לא נכון – נכון: איך אומרים 5 בספירה רגילה? חמש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ספירה מהחיים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צורות המספר נכונות ומתאימות במין לשם העצם; כתיבה במילים;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⏳ משימה 1: הספירה לאחור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צוות ההפקה של ערב הכישרונות צריך אתכם! לחצו על המספרים לפי הסדר – מהגדול לקטן, מעשר עד אחת.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זכר: שלושה, חמישה, עשרה  |  נקבה: שלוש, חמש, עשר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הספירה לאחור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מ־1 (הגדול) ועד הסוף (הקטן).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כרטיס הכלל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כשסופרים "סתם" – בלי שם עצם – משתמשים בצורת הנקבה: אחת, שתיים, שלוש, ארבע… עשר. כך גם בתרגילי חשבון, במספרי טלפון ובמספר של קו האוטובוס: "קו חמש", "שלוש ועוד ארבע".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שתיים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שלוש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ארבע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חמש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אחת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כותבים במילים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במילים (ספירה רגילה).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7 ← 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2 ← 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 ותקנו את הלא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כשסופרים בלי שם עצם (אחת, שתיים…) משתמשים בצורת: נקבה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איך אומרים 5 בספירה רגילה? חמישה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ספירה מהחיים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3 מספרים מהחיים שלכם שאומרים בספירה "סתם" (מספר טלפון של בית הספר, קו אוטובוס, תרגיל) – וכתבו אותם במילים.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כלל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דוגמה משלי: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כמה בטוח/ה אני?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משימה 1: הספירה לאחור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