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1: הספירה לאחור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הספירה לאחור: כשסופרים "סתם" – בלי שם עצם – משתמשים בצורת הנקבה: אחת, שתיים, שלוש, ארבע… עשר.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1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נוגה מתרגלת את הספירה לאחור לפני שהמסך עולה. היא סופרת בקול – אבל התבלבלה בסדר!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הספירה לאחור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עשר   2) תשע   3) שמונה   4) שבע   5) שש   6) חמש   7) ארבע   8) שלוש   9) שתיים   10) אחת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במילים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שבע   2) שתיים   3) חמש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איך אומרים 5 בספירה רגילה? חמש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ספירה מהחיים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משימה 1: הספירה לאחור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לחצו על המספרים לפי הסדר – מהגדול לקטן, מעשר עד אחת.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אחת, שתיים, שלוש…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לאחור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מהגדול לקטן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הווילון של הבמה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הספירה לאחור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מ־1 (הגדול) ועד הסוף (הקטן).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כשסופרים "סתם" – בלי שם עצם – משתמשים בצורת הנקבה: אחת, שתיים, שלוש, ארבע… עשר. כך גם בתרגילי חשבון, במספרי טלפון ובמספר של קו האוטובוס: "קו חמש", "שלוש ועוד ארבע".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ארבע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כותבים במילים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במילים (ספירה רגילה).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7 ← 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2 ← 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קו אוטובוס 5 ← קו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כשסופרים בלי שם עצם (אחת, שתיים…) משתמשים בצורת: נקבה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אומרים 5 בספירה רגילה? חמישה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 האוטובוס שבע" (7)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ספירה מהחיים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מספרים מהחיים שלכם שאומרים בספירה "סתם" (מספר טלפון של בית הספר, קו אוטובוס, תרגיל) – וכתבו אותם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1: הספירה לאחור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