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2: זכר או נקבה?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זכר או נקבה?: את המין קובעים לפי צורת היחיד – לא לפי הרבים! שולחן ← שולחנות, חלון ← חלונות, מקום ← מקומות – כולם זכר.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2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עידו מסדר את המחסן של ההפקה. כדי לכתוב שלט ספירה נכון לכל דבר, צריך קודם לדעת: זכר או נקבה?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זכר או נקבה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זכר: כיסא, כרטיס, שיר   נקבה: במה, מנורה, עוגה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אחד או אחת?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אחד   2)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"דלת" היא: נקבה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המחסן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⚖️ משימה 2: זכר או נקבה?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גררו כל מילה לסל המתאים: זכר 🔵 או נקבה 🟠.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זכר או נקבה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מנורה  |  במה  |  עוגה  |  כרטיס  |  שיר  |  כיסא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זכר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נקבה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אחד או אחת?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 "אחד" או "אחת".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שולחן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דלת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"שולחנות" – מה המין של שולחן? זכר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"דלת" היא: זכר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המחסן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6 חפצים שיש בכיתה: 3 בזכר ו־3 בנקבה. ליד כל אחד כתבו "אחד" או "אחת".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2: זכר או נקבה?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