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2: זכר או נקבה?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זכר או נקבה?: את המין קובעים לפי צורת היחיד – לא לפי הרבים! שולחן ← שולחנות, חלון ← חלונות, מקום ← מקומות – כולם זכר.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2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עידו מסדר את המחסן של ההפקה. כדי לכתוב שלט ספירה נכון לכל דבר, צריך קודם לדעת: זכר או נקבה?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זכר או נקבה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זכר: כיסא, כרטיס, שולחן, חלון, שיר, מקום   נקבה: במה, מנורה, להקה, דלת, תמונה, עוגה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 או אחת?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אחד   2) אחת   3) אחד   4) אחת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"דלת" היא: נקבה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המחסן שלי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⚖️ משימה 2: זכר או נקבה?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גררו כל מילה לסל המתאים: זכר 🔵 או נקבה 🟠.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כיסא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יושבים עליו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מקום ההופעה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🎟️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נכנסים איתו להופעה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נותנת אור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🎸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 שמנגנת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רואים דרכו החוצה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דלת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נכנסים דרכה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🎂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אוכלים במסיבה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זכר או נקבה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את המין קובעים לפי צורת היחיד – לא לפי הרבים! שולחן ← שולחנות, חלון ← חלונות, מקום ← מקומות – כולם זכר. דלת – נקבה, גם בלי ה׳ בסוף. טיפ: בודקים עם "אחד/אחת": שולחן אחד, דלת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שולחן  |  חלון  |  להקה  |  במה  |  מנורה  |  כיסא  |  עוגה  |  תמונה  |  כרטיס  |  שיר  |  מקום  |  דלת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זכר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אחד או אחת?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השלימו "אחד" או "אחת".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שולחן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דלת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חלון 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במה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"שולחנות" – מה המין של שולחן? זכר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"דלת" היא: זכר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 המין של שם עצם בודקים לפי: צורת היחיד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המחסן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6 חפצים שיש בכיתה: 3 בזכר ו־3 בנקבה. ליד כל אחד כתבו "אחד" או "אחת".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2: זכר או נקבה?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